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להיות חבר/ה נאמן/ה – זיהוי מצוקה ונאמנות אמיתית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דפוס של סימנים מדאיגים אצל חבר/ה, ולא להסתמך על סימן בודד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גישה של 'חקירה' לבין קרבה תומכת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במצב של דילמה בין שמירת סוד לבין פנייה למבוגר/ת אחראי/ת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להמחיש איך קשרים חברתיים נחלשים בהדרגה ובשקט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דפוס של סימנים לאורך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מדגיש שחשוב דפוס לאורך זמן, לא נתון בודד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במפורש שחבר/ה הוא לא נבדק/ת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סימן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(שינוי מתמשך בהתנהגות המוכרת)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(פחות מפגשים ותגובות, יותר זמן 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(עזיבת תחביב או נבחרת שהיו חשובים)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(שיתוף חוזר של משפטים על בדידות)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הייתם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להעביר את זה מיד למחנך/ת או ליועצת, בלי לנסות לזהות לבד מי כתב/ה, כי מצב כזה דורש טיפול של מבוגר/ת אחראי/ת ולא בילוש 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 (רשות)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שדפוס חשוב יותר מנתון בודד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שחברות כוללת קרבה והקשבה, לא ניתוח או שיפוט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שפנייה למבוגר/ת היא ביטוי של דאגה אמיתית, לא בגידה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להזכיר לפני הדף שהשיתוף תמיד רשות, ושאפשר לדלג על כל שאלה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שיחה קצרה על אנשי הקשר בבית הספר (יועצת, נאמני חוסן) בסיום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'מה הייתם עושים' מומלץ לאפשר דיון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להיות חבר/ה נאמן/ה – זיהוי מצוקה ונאמנות אמיתית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משתמש במטפורה של מפת רשת חברתית כדי להראות איך קשרים יכולים להיחלש בהדרגה ובשקט. הוא מסביר איך שמים לב לדפוס מדאיג אצל חבר/ה, ולמה הדרך הנכונה להגיב היא קרבה והקשבה, ולא ניתוח או שיפוט.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דפוס  ·  נקודה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תפקיד מטפורת 'מפת הרשת' בפתיחת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להמחיש איך קשרים חברתיים נחלשים בהדרגה ובשקט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ללמד איך משרטטים מפות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לבקר רשתות חברתיות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הטקסט, מה חשוב יותר מסימן בודד?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תגובה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דפוס של סימנים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החברים ברשת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סימן בודד מספיק כדי לקבוע שחבר/ה נמצא/ת במצוקה.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הטקסט ממליץ להתייחס לחבר/ה כאל נבדק/ת במחקר.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במפת הרשת, כל אדם הוא __________ וכל קשר הוא קו.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חוקר/ת טוב/ה יודע/ת לזהות __________ ולא להסתמך על נתון בודד.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סימן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שינוי בדפוס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שיתוף חוזר של משפטים על בדידות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היחלשות קשרים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עזיבת תחביב או נבחרת שהיו חשובים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ויתור על חלק מהזהות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שינוי מתמשך בהתנהגות המוכרת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תכנים עצובים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פחות מפגשים ותגובות, יותר זמן 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הייתם עושים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בתגובה אנונימית לסקר כיתתי מישהו כותב שהוא לא ישן כבר שבועות ואין לו עם מי לדבר. מה כדאי לעשות,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 (רשות)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עדיף לבדוק - סימן בודד או דפוס לאורך זמן,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להיות 'חוקר/ת' לבין להיות חבר/ה תומך/ת?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להיות חבר/ה נאמן/ה – זיהוי מצוקה ונאמנות אמיתית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