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 של סימנים מדאיגים אצל חבר/ה, ולא להסתמך על סימן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גישה של 'חקירה' לבין קרבה תומכת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במצב של דילמה בין שמירת סוד לבין פנייה למבוגר/ת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להמחיש איך קשרים חברתיים נחלשים בהדרגה ובשקט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דפוס של סימנים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לפנות בפרטיות ולהקשיב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מצב שבו הבחירה הטובה לטווח קצר מזיקה לטווח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לגשר בין החבר/ה לבין מבוגר/ת שיכול/ה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שחשוב דפוס לאורך זמן, לא נתון בודד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שחבר/ה הוא לא נבדק/ת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בפירוש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אומר שהתפקיד הוא לגשר, לא לפתור לבד, כי יש גבול למה שחבר/ה יכול/ה לתת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מידע אנונימי מדאיג דורש העברה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לגשר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(שינוי מתמשך בהתנהגות המוכרת)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(פחות מפגשים ותגובות, יותר זמן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(עזיבת תחביב או נבחרת שהיו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(תחושה כבדה שנמשכת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(שיתוף חוזר של משפטים על בדידות)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להעביר את זה מיד למחנך/ת או ליועצת, בלי לנסות לזהות לבד מי כתב/ה, כי מצב כזה דורש טיפול של מבוגר/ת אחראי/ת ולא בילוש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פונים למבוגר/ת למרות ההבטחה, כי נאמנות אמיתית בוחרת בטווח הארוך ובשלומו/ה של החבר/ה, גם כשזה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 (רשות)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תזכיר: אפשר לשים לב לסימנים ולדפוסים, אבל אי אפשר למדוד רגש אנושי באמת; אכפתיות אמיתית כוללת קרבה, הקשבה ופנייה לעזרה כשצריך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שדפוס חשוב יותר מנתון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שחברות כוללת קרבה והקשבה, לא ניתוח או 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שפנייה למבוגר/ת היא ביטוי של דאגה אמיתית, לא בגידה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להזכיר לפני הדף שהשיתוף תמיד רשות, ושאפשר לדלג על כל שאלה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שיחה קצרה על אנשי הקשר בבית הספר (יועצת, נאמני חוסן) בסיום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'מה הייתם עושים' מומלץ לאפשר דיון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משתמש במטפורה של מפת רשת חברתית כדי להראות איך קשרים יכולים להיחלש בהדרגה ובשקט. הוא מסביר איך שמים לב לדפוס מדאיג אצל חבר/ה, ולמה הדרך הנכונה להגיב היא קרבה והקשבה, ולא ניתוח או שיפוט.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מטפורת 'מפת הרשת' בפתיחת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להמחיש איך קשרים חברתיים נחלשים בהדרגה ובשקט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איך משרטטים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רשתות 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נתונים סטטיסטיים מדויקים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הטקסט, מה חשוב יותר מסימן בודד?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תגובה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דפוס של סימנים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החברים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לפי הטקסט כדאי להגיב כשמזהים דפוס מדאיג אצל חבר/ה?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את ההתנהגות כמו חוקר/ת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בפרטיות ולהקשיב בלי לשפוט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עד שזה יחלוף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בקבוצה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הטקסט מגדיר 'דילמה'?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אין שום בחירה אפשרית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הבחירה הטובה לטווח קצר מזיקה לטווח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בלי תשובה נכונה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ויכוח בין שני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התפקיד של חבר/ה לפי הטקסט, בשונה מתפקיד מטפל/ת?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הבעיה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לגשר בין החבר/ה לבין מבוגר/ת שיכול/ה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להתרחק כדי לא להסתבך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את מה שקורה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בודד מספיק כדי לקבוע שחבר/ה נמצא/ת במצוקה.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להתייחס לחבר/ה כאל נבדק/ת במחקר.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נאמנות אמיתית, לפי הטקסט, בוחרת בטווח הארוך גם כשזה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צריך/ה לפעמים לפנות למבוגר/ת.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מדאיג שמגיע באופן אנונימי אפשר להתעלם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במפת הרשת, כל אדם הוא __________ וכל קשר הוא 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חוקר/ת טוב/ה יודע/ת לזהות __________ ולא להסתמך על נתון בודד.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שמירת סוד מדאיג היא דוגמה ל__________ בין טווח קצר לטווח 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התפקיד של חבר/ה הוא ל__________ בין החבר/ה למבוגר/ת, לא לפתור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כשמזהים דפוס מדאיג יש לפנות בפרטיות ול__________ בלי לנתח.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פחות מפגשים ותגובות, יותר זמן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היחלשות 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תחושה כבדה שנמשכת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חלק מהזהות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חוזר של משפטים על בדידות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או אדישות מתמשכים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עזיבת תחביב או נבחרת שהיו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מתמשך בהתנהגות המוכרת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בתגובה אנונימית לסקר כיתתי מישהו כותב שהוא לא ישן כבר שבועות ואין לו עם מי לדבר. מה כדאי לעשות,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חבר/ה מבקש/ת ממך להבטיח 'סוד' ואז מספר/ת על מחשבות קשות מאוד. מה עושים, ולמה זה לא בגידה באמון?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 (רשות)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(6-8 שורות): האם אפשר למדוד אכפתיות? התייחסו למה שאפשר ללמוד משימת לב לדפוסים, ולמה שלא יכול להחליף חברות אמיתית.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עדיף לבדוק - סימן בודד או דפוס לאורך זמן,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להיות 'חוקר/ת' לבין להיות חבר/ה תומך/ת?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נאמנות אמיתית לפעמים אומרת לספר למבוגר/ת על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 – זיהוי מצוקה ונאמנות אמיתית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